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pPr>
      <w:r>
        <w:rPr>
          <w:b/>
          <w:color w:val="11202A"/>
          <w:sz w:val="32"/>
        </w:rPr>
        <w:t>Eigenständigkeitserklärung</w:t>
      </w:r>
    </w:p>
    <w:p>
      <w:pPr>
        <w:spacing w:after="200"/>
        <w:jc w:val="both"/>
      </w:pPr>
      <w:r>
        <w:rPr>
          <w:sz w:val="24"/>
        </w:rPr>
        <w:t>Hiermit erkläre ich, dass ich die vorliegende Masterarbeit selbstständig verfasst und keine anderen als die angegebenen Quellen und Hilfsmittel benutzt habe. Alle Stellen, die wörtlich oder sinngemäß aus Quellen übernommen wurden, sind als solche kenntlich gemacht. Die Arbeit wurde in gleicher oder ähnlicher Form noch keiner anderen Prüfungsbehörde vorgelegt.</w:t>
      </w:r>
    </w:p>
    <w:p>
      <w:pPr>
        <w:jc w:val="both"/>
      </w:pPr>
      <w:r>
        <w:rPr>
          <w:sz w:val="24"/>
        </w:rPr>
        <w:t>Außerdem versichere ich, dass ich keine unzulässigen Hilfsmittel – insbesondere keine KI-basierten Werkzeuge ohne entsprechende Kennzeichnung – verwendet habe.</w:t>
      </w:r>
    </w:p>
    <w:p/>
    <w:p/>
    <w:p/>
    <w:p/>
    <w:p>
      <w:r>
        <w:rPr>
          <w:sz w:val="22"/>
        </w:rPr>
        <w:t>_______________________________               _______________________________</w:t>
      </w:r>
    </w:p>
    <w:p>
      <w:r>
        <w:rPr>
          <w:color w:val="55606E"/>
          <w:sz w:val="20"/>
        </w:rPr>
        <w:t>Ort, Datum                                                         Unterschrift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